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AC3" w:rsidRPr="00830D66" w:rsidRDefault="00020589" w:rsidP="00BB2520">
      <w:pPr>
        <w:rPr>
          <w:lang w:val="pl-PL"/>
        </w:rPr>
      </w:pPr>
      <w:r w:rsidRPr="00830D66">
        <w:rPr>
          <w:b/>
          <w:lang w:val="pl-PL"/>
        </w:rPr>
        <w:t>Gmina Latowicz</w:t>
      </w:r>
      <w:r w:rsidRPr="00830D66">
        <w:rPr>
          <w:b/>
          <w:lang w:val="pl-PL"/>
        </w:rPr>
        <w:br/>
        <w:t>ul. Rynek 6, 05-334 Latowicz</w:t>
      </w:r>
      <w:r w:rsidRPr="00830D66">
        <w:rPr>
          <w:b/>
          <w:lang w:val="pl-PL"/>
        </w:rPr>
        <w:br/>
      </w:r>
      <w:r w:rsidRPr="00830D66">
        <w:rPr>
          <w:lang w:val="pl-PL"/>
        </w:rPr>
        <w:t>NIP 822-21-48-747 | REGON 711582730</w:t>
      </w:r>
    </w:p>
    <w:p w:rsidR="001B1AC3" w:rsidRPr="00830D66" w:rsidRDefault="00020589">
      <w:pPr>
        <w:jc w:val="center"/>
        <w:rPr>
          <w:lang w:val="pl-PL"/>
        </w:rPr>
      </w:pPr>
      <w:r w:rsidRPr="00830D66">
        <w:rPr>
          <w:b/>
          <w:sz w:val="30"/>
          <w:lang w:val="pl-PL"/>
        </w:rPr>
        <w:t>FORMULARZ OFERTY</w:t>
      </w:r>
    </w:p>
    <w:p w:rsidR="001B1AC3" w:rsidRPr="00830D66" w:rsidRDefault="00020589">
      <w:pPr>
        <w:jc w:val="center"/>
        <w:rPr>
          <w:lang w:val="pl-PL"/>
        </w:rPr>
      </w:pPr>
      <w:r w:rsidRPr="00830D66">
        <w:rPr>
          <w:b/>
          <w:sz w:val="22"/>
          <w:lang w:val="pl-PL"/>
        </w:rPr>
        <w:t>Załącznik nr 3 do zapytania ofertowego</w:t>
      </w:r>
    </w:p>
    <w:p w:rsidR="001B1AC3" w:rsidRPr="00830D66" w:rsidRDefault="001B1AC3">
      <w:pPr>
        <w:rPr>
          <w:lang w:val="pl-PL"/>
        </w:rPr>
      </w:pP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 xml:space="preserve">Nr postępowania: </w:t>
      </w:r>
      <w:bookmarkStart w:id="0" w:name="_GoBack"/>
      <w:bookmarkEnd w:id="0"/>
      <w:r w:rsidR="001E6F00">
        <w:rPr>
          <w:lang w:val="pl-PL"/>
        </w:rPr>
        <w:t>FN.042.5.2026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Dotyczy: Dostawy wyposażenia do Samorządowego Żłobka w Wielgolesie w ramach programu „Aktywny Żłobek – sale sensoryczne 2026”.</w:t>
      </w:r>
    </w:p>
    <w:p w:rsidR="001B1AC3" w:rsidRDefault="00020589">
      <w:pPr>
        <w:pStyle w:val="Nagwek1"/>
      </w:pPr>
      <w:r>
        <w:t>1. Dane Wykonawcy</w:t>
      </w:r>
    </w:p>
    <w:tbl>
      <w:tblPr>
        <w:tblStyle w:val="Tabela-Siatka"/>
        <w:tblW w:w="0" w:type="auto"/>
        <w:tblLook w:val="04A0"/>
      </w:tblPr>
      <w:tblGrid>
        <w:gridCol w:w="4844"/>
        <w:gridCol w:w="4844"/>
      </w:tblGrid>
      <w:tr w:rsidR="001B1AC3">
        <w:tc>
          <w:tcPr>
            <w:tcW w:w="4844" w:type="dxa"/>
          </w:tcPr>
          <w:p w:rsidR="001B1AC3" w:rsidRDefault="00020589">
            <w:r>
              <w:t>Nazwa / firma:</w:t>
            </w:r>
          </w:p>
        </w:tc>
        <w:tc>
          <w:tcPr>
            <w:tcW w:w="4844" w:type="dxa"/>
          </w:tcPr>
          <w:p w:rsidR="001B1AC3" w:rsidRDefault="001E6F00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Adres siedziby: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NIP: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REGON/KRS/CEIDG: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Telefon: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E-mail: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Osoba uprawniona do reprezentacji: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</w:tbl>
    <w:p w:rsidR="001B1AC3" w:rsidRDefault="00020589">
      <w:pPr>
        <w:pStyle w:val="Nagwek1"/>
      </w:pPr>
      <w:r>
        <w:t>2. Oferowana cena</w:t>
      </w:r>
    </w:p>
    <w:tbl>
      <w:tblPr>
        <w:tblStyle w:val="Tabela-Siatka"/>
        <w:tblW w:w="0" w:type="auto"/>
        <w:tblLook w:val="04A0"/>
      </w:tblPr>
      <w:tblGrid>
        <w:gridCol w:w="4844"/>
        <w:gridCol w:w="4844"/>
      </w:tblGrid>
      <w:tr w:rsidR="001B1AC3">
        <w:tc>
          <w:tcPr>
            <w:tcW w:w="4844" w:type="dxa"/>
          </w:tcPr>
          <w:p w:rsidR="001B1AC3" w:rsidRDefault="00020589">
            <w:r>
              <w:t>Cena netto</w:t>
            </w:r>
          </w:p>
        </w:tc>
        <w:tc>
          <w:tcPr>
            <w:tcW w:w="4844" w:type="dxa"/>
          </w:tcPr>
          <w:p w:rsidR="001B1AC3" w:rsidRDefault="00020589">
            <w:r>
              <w:t>[●] zł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VAT</w:t>
            </w:r>
          </w:p>
        </w:tc>
        <w:tc>
          <w:tcPr>
            <w:tcW w:w="4844" w:type="dxa"/>
          </w:tcPr>
          <w:p w:rsidR="001B1AC3" w:rsidRDefault="00020589">
            <w:r>
              <w:t>[●] zł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Cena brutto</w:t>
            </w:r>
          </w:p>
        </w:tc>
        <w:tc>
          <w:tcPr>
            <w:tcW w:w="4844" w:type="dxa"/>
          </w:tcPr>
          <w:p w:rsidR="001B1AC3" w:rsidRDefault="00020589">
            <w:r>
              <w:t>[●] zł</w:t>
            </w:r>
          </w:p>
        </w:tc>
      </w:tr>
      <w:tr w:rsidR="001B1AC3">
        <w:tc>
          <w:tcPr>
            <w:tcW w:w="4844" w:type="dxa"/>
          </w:tcPr>
          <w:p w:rsidR="001B1AC3" w:rsidRDefault="00020589">
            <w:r>
              <w:t>Słownie brutto</w:t>
            </w:r>
          </w:p>
        </w:tc>
        <w:tc>
          <w:tcPr>
            <w:tcW w:w="4844" w:type="dxa"/>
          </w:tcPr>
          <w:p w:rsidR="001B1AC3" w:rsidRDefault="00020589">
            <w:r>
              <w:t>[●]</w:t>
            </w:r>
          </w:p>
        </w:tc>
      </w:tr>
    </w:tbl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Cena obejmuje wszystkie koszty wykonania zamówienia zgodnie z OPZ, w tym koszty dostawy</w:t>
      </w:r>
      <w:r w:rsidR="00830D66" w:rsidRPr="00830D66">
        <w:rPr>
          <w:lang w:val="pl-PL"/>
        </w:rPr>
        <w:t>, mo</w:t>
      </w:r>
      <w:r w:rsidR="00830D66">
        <w:rPr>
          <w:lang w:val="pl-PL"/>
        </w:rPr>
        <w:t>ntażu</w:t>
      </w:r>
      <w:r w:rsidRPr="00830D66">
        <w:rPr>
          <w:lang w:val="pl-PL"/>
        </w:rPr>
        <w:t xml:space="preserve"> i inne koszty wskazane w zapytaniu.</w:t>
      </w:r>
    </w:p>
    <w:p w:rsidR="001B1AC3" w:rsidRPr="00830D66" w:rsidRDefault="00020589">
      <w:pPr>
        <w:pStyle w:val="Nagwek1"/>
        <w:rPr>
          <w:lang w:val="pl-PL"/>
        </w:rPr>
      </w:pPr>
      <w:r w:rsidRPr="00830D66">
        <w:rPr>
          <w:lang w:val="pl-PL"/>
        </w:rPr>
        <w:t>3. Termin realizacji i gwarancja</w:t>
      </w:r>
    </w:p>
    <w:p w:rsidR="001B1AC3" w:rsidRDefault="00020589">
      <w:pPr>
        <w:spacing w:after="100"/>
        <w:rPr>
          <w:lang w:val="pl-PL"/>
        </w:rPr>
      </w:pPr>
      <w:r w:rsidRPr="00830D66">
        <w:rPr>
          <w:lang w:val="pl-PL"/>
        </w:rPr>
        <w:t xml:space="preserve">Oferowany termin realizacji: </w:t>
      </w:r>
      <w:r w:rsidR="001E6F00">
        <w:rPr>
          <w:lang w:val="pl-PL"/>
        </w:rPr>
        <w:t>........................ (nie później niż do 31.01.2027r)</w:t>
      </w:r>
    </w:p>
    <w:p w:rsidR="001E6F00" w:rsidRPr="001E6F00" w:rsidRDefault="001E6F00">
      <w:pPr>
        <w:spacing w:after="100"/>
        <w:rPr>
          <w:sz w:val="18"/>
          <w:szCs w:val="18"/>
          <w:lang w:val="pl-PL"/>
        </w:rPr>
      </w:pPr>
      <w:r>
        <w:rPr>
          <w:sz w:val="18"/>
          <w:szCs w:val="18"/>
          <w:lang w:val="pl-PL"/>
        </w:rPr>
        <w:t>(</w:t>
      </w:r>
      <w:proofErr w:type="spellStart"/>
      <w:r>
        <w:rPr>
          <w:sz w:val="18"/>
          <w:szCs w:val="18"/>
          <w:lang w:val="pl-PL"/>
        </w:rPr>
        <w:t>Uwaga.</w:t>
      </w:r>
      <w:r w:rsidRPr="001E6F00">
        <w:rPr>
          <w:sz w:val="18"/>
          <w:szCs w:val="18"/>
          <w:lang w:val="pl-PL"/>
        </w:rPr>
        <w:t>Wybór</w:t>
      </w:r>
      <w:proofErr w:type="spellEnd"/>
      <w:r w:rsidRPr="001E6F00">
        <w:rPr>
          <w:sz w:val="18"/>
          <w:szCs w:val="18"/>
          <w:lang w:val="pl-PL"/>
        </w:rPr>
        <w:t xml:space="preserve"> terminu przekraczającego 30.12.2026r. wymaga ustanowienia gwarancji zgodnie z warunkami umowy.</w:t>
      </w:r>
      <w:r>
        <w:rPr>
          <w:sz w:val="18"/>
          <w:szCs w:val="18"/>
          <w:lang w:val="pl-PL"/>
        </w:rPr>
        <w:t>)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 xml:space="preserve">Oferowany okres gwarancji: </w:t>
      </w:r>
      <w:r w:rsidR="00830D66">
        <w:rPr>
          <w:lang w:val="pl-PL"/>
        </w:rPr>
        <w:t xml:space="preserve">24 </w:t>
      </w:r>
      <w:proofErr w:type="spellStart"/>
      <w:r w:rsidRPr="00830D66">
        <w:rPr>
          <w:lang w:val="pl-PL"/>
        </w:rPr>
        <w:t>miesięc</w:t>
      </w:r>
      <w:r w:rsidR="00830D66">
        <w:rPr>
          <w:lang w:val="pl-PL"/>
        </w:rPr>
        <w:t>e</w:t>
      </w:r>
      <w:proofErr w:type="spellEnd"/>
      <w:r w:rsidRPr="00830D66">
        <w:rPr>
          <w:lang w:val="pl-PL"/>
        </w:rPr>
        <w:t xml:space="preserve"> zgodnie z OPZ.</w:t>
      </w:r>
    </w:p>
    <w:p w:rsidR="001B1AC3" w:rsidRPr="00830D66" w:rsidRDefault="00020589">
      <w:pPr>
        <w:pStyle w:val="Nagwek1"/>
        <w:rPr>
          <w:lang w:val="pl-PL"/>
        </w:rPr>
      </w:pPr>
      <w:r w:rsidRPr="00830D66">
        <w:rPr>
          <w:lang w:val="pl-PL"/>
        </w:rPr>
        <w:t>4. Oświadczenia Wykonawcy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zapoznałem/</w:t>
      </w:r>
      <w:proofErr w:type="spellStart"/>
      <w:r w:rsidRPr="00830D66">
        <w:rPr>
          <w:lang w:val="pl-PL"/>
        </w:rPr>
        <w:t>am</w:t>
      </w:r>
      <w:proofErr w:type="spellEnd"/>
      <w:r w:rsidRPr="00830D66">
        <w:rPr>
          <w:lang w:val="pl-PL"/>
        </w:rPr>
        <w:t xml:space="preserve"> się z treścią zapytania ofertowego oraz Załącznikiem nr 1 – Opisem przedmiotu zamówienia i zobowiązuję się wykonać zamówienie zgodnie z ich wymaganiami.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zapoznałem/</w:t>
      </w:r>
      <w:proofErr w:type="spellStart"/>
      <w:r w:rsidRPr="00830D66">
        <w:rPr>
          <w:lang w:val="pl-PL"/>
        </w:rPr>
        <w:t>am</w:t>
      </w:r>
      <w:proofErr w:type="spellEnd"/>
      <w:r w:rsidRPr="00830D66">
        <w:rPr>
          <w:lang w:val="pl-PL"/>
        </w:rPr>
        <w:t xml:space="preserve"> się z Załącznikiem nr 2 – Szczegółową kalkulacją oferty i składam ją wraz z niniejszym formularzem jako integralną część oferty.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cena oferty obejmuje wszystkie koszty niezbędne do należytego wykonania zamówienia.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lastRenderedPageBreak/>
        <w:t>☐ Oświadczam, że oferowane wyposażenie będzie fabrycznie nowe, wolne od wad, kompletne i zgodne z wymaganiami OPZ, o ile OPZ nie stanowi inaczej.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posiadam wymagane uprawnienia, wiedzę, doświadczenie, potencjał techniczny i osoby zdolne do wykonania zamówienia – w zakresie wymaganym dla przedmiotu zamówienia.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znajduję się w sytuacji ekonomicznej i finansowej zapewniającej wykonanie zamówienia.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nie zachodzą wobec mnie przesłanki wykluczenia określone w zapytaniu ofertowym.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nie jestem powiązany/a z Zamawiającym osobowo lub kapitałowo w sposób mogący budzić uzasadnione wątpliwości co do bezstronności postępowania.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nie zachodzi konflikt interesów w związku z niniejszym postępowaniem.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nie zachodzą wobec mnie okoliczności skutkujące zakazem ubiegania się o zamówienia publiczne lub finansowanie ze środków publicznych, jeżeli taki zakaz wynika z obowiązujących przepisów prawa.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zapoznałem/</w:t>
      </w:r>
      <w:proofErr w:type="spellStart"/>
      <w:r w:rsidRPr="00830D66">
        <w:rPr>
          <w:lang w:val="pl-PL"/>
        </w:rPr>
        <w:t>am</w:t>
      </w:r>
      <w:proofErr w:type="spellEnd"/>
      <w:r w:rsidRPr="00830D66">
        <w:rPr>
          <w:lang w:val="pl-PL"/>
        </w:rPr>
        <w:t xml:space="preserve"> się ze wzorem umowy i akceptuję jego treść bez zastrzeżeń.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pozostaję związany/a ofertą przez okres wskazany w zapytaniu ofertowym.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wszystkie informacje i dokumenty przedstawione w ofercie są prawdziwe, aktualne i kompletne.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w przypadku wyboru mojej oferty zobowiązuję się do zawarcia umowy w terminie i miejscu wskazanym przez Zamawiającego.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☐ Oświadczam, że zapoznałem/</w:t>
      </w:r>
      <w:proofErr w:type="spellStart"/>
      <w:r w:rsidRPr="00830D66">
        <w:rPr>
          <w:lang w:val="pl-PL"/>
        </w:rPr>
        <w:t>am</w:t>
      </w:r>
      <w:proofErr w:type="spellEnd"/>
      <w:r w:rsidRPr="00830D66">
        <w:rPr>
          <w:lang w:val="pl-PL"/>
        </w:rPr>
        <w:t xml:space="preserve"> się z klauzulą informacyjną RODO stanowiącą Załącznik nr 5 do zapytania ofertowego.</w:t>
      </w:r>
    </w:p>
    <w:p w:rsidR="001B1AC3" w:rsidRPr="00830D66" w:rsidRDefault="00020589">
      <w:pPr>
        <w:pStyle w:val="Nagwek1"/>
        <w:rPr>
          <w:lang w:val="pl-PL"/>
        </w:rPr>
      </w:pPr>
      <w:r w:rsidRPr="00830D66">
        <w:rPr>
          <w:lang w:val="pl-PL"/>
        </w:rPr>
        <w:t>5. Podwykonawcy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Zamierzam powierzyć podwykonawcom następujący zakres zamówienia: [●] / nie zamierzam powierzać zamówienia podwykonawcom.</w:t>
      </w:r>
    </w:p>
    <w:p w:rsidR="001B1AC3" w:rsidRDefault="00020589">
      <w:pPr>
        <w:pStyle w:val="Nagwek1"/>
      </w:pPr>
      <w:r>
        <w:t>6. Załączniki do oferty</w:t>
      </w:r>
    </w:p>
    <w:p w:rsidR="001B1AC3" w:rsidRPr="00830D66" w:rsidRDefault="00020589">
      <w:pPr>
        <w:pStyle w:val="Listanumerowana"/>
        <w:rPr>
          <w:lang w:val="pl-PL"/>
        </w:rPr>
      </w:pPr>
      <w:r w:rsidRPr="00830D66">
        <w:rPr>
          <w:lang w:val="pl-PL"/>
        </w:rPr>
        <w:t>Szczegółowa kalkulacja oferty – Załącznik nr 2.</w:t>
      </w:r>
    </w:p>
    <w:p w:rsidR="001B1AC3" w:rsidRPr="00830D66" w:rsidRDefault="00020589" w:rsidP="00830D66">
      <w:pPr>
        <w:pStyle w:val="Listanumerowana"/>
      </w:pPr>
      <w:proofErr w:type="spellStart"/>
      <w:r>
        <w:t>Pełnomocnictwo</w:t>
      </w:r>
      <w:proofErr w:type="spellEnd"/>
      <w:r>
        <w:t xml:space="preserve"> – </w:t>
      </w:r>
      <w:proofErr w:type="spellStart"/>
      <w:r>
        <w:t>jeżeli</w:t>
      </w:r>
      <w:proofErr w:type="spellEnd"/>
      <w:r w:rsidR="001E6F00">
        <w:t xml:space="preserve"> </w:t>
      </w:r>
      <w:proofErr w:type="spellStart"/>
      <w:r>
        <w:t>dotyczy</w:t>
      </w:r>
      <w:proofErr w:type="spellEnd"/>
      <w:r>
        <w:t>.</w:t>
      </w:r>
    </w:p>
    <w:p w:rsidR="001B1AC3" w:rsidRDefault="00020589">
      <w:pPr>
        <w:pStyle w:val="Listanumerowana"/>
      </w:pPr>
      <w:r>
        <w:t>[</w:t>
      </w:r>
      <w:proofErr w:type="spellStart"/>
      <w:r>
        <w:t>Inne</w:t>
      </w:r>
      <w:proofErr w:type="spellEnd"/>
      <w:r>
        <w:t>: ●].</w:t>
      </w:r>
    </w:p>
    <w:p w:rsidR="001B1AC3" w:rsidRDefault="00020589">
      <w:pPr>
        <w:spacing w:after="100"/>
      </w:pPr>
      <w:r>
        <w:t>Miejscowość i data: [●]</w:t>
      </w:r>
    </w:p>
    <w:p w:rsidR="001B1AC3" w:rsidRPr="00830D66" w:rsidRDefault="00020589">
      <w:pPr>
        <w:spacing w:after="100"/>
        <w:rPr>
          <w:lang w:val="pl-PL"/>
        </w:rPr>
      </w:pPr>
      <w:r w:rsidRPr="00830D66">
        <w:rPr>
          <w:lang w:val="pl-PL"/>
        </w:rPr>
        <w:t>Podpis osoby uprawnionej do reprezentowania Wykonawcy: __________________________</w:t>
      </w:r>
    </w:p>
    <w:sectPr w:rsidR="001B1AC3" w:rsidRPr="00830D66" w:rsidSect="00034616">
      <w:footerReference w:type="default" r:id="rId8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0589" w:rsidRDefault="00020589">
      <w:pPr>
        <w:spacing w:after="0" w:line="240" w:lineRule="auto"/>
      </w:pPr>
      <w:r>
        <w:separator/>
      </w:r>
    </w:p>
  </w:endnote>
  <w:endnote w:type="continuationSeparator" w:id="1">
    <w:p w:rsidR="00020589" w:rsidRDefault="00020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AC3" w:rsidRPr="00830D66" w:rsidRDefault="00020589">
    <w:pPr>
      <w:pStyle w:val="Stopka"/>
      <w:jc w:val="center"/>
      <w:rPr>
        <w:lang w:val="pl-PL"/>
      </w:rPr>
    </w:pPr>
    <w:r w:rsidRPr="00830D66">
      <w:rPr>
        <w:sz w:val="16"/>
        <w:lang w:val="pl-PL"/>
      </w:rPr>
      <w:t>Gmina Latowicz – zapytanie ofertowe / Aktywny Żłobek – sale sensoryczne 2026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0589" w:rsidRDefault="00020589">
      <w:pPr>
        <w:spacing w:after="0" w:line="240" w:lineRule="auto"/>
      </w:pPr>
      <w:r>
        <w:separator/>
      </w:r>
    </w:p>
  </w:footnote>
  <w:footnote w:type="continuationSeparator" w:id="1">
    <w:p w:rsidR="00020589" w:rsidRDefault="00020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730"/>
    <w:rsid w:val="00020589"/>
    <w:rsid w:val="00034616"/>
    <w:rsid w:val="0006063C"/>
    <w:rsid w:val="0015074B"/>
    <w:rsid w:val="001B1AC3"/>
    <w:rsid w:val="001E6E5A"/>
    <w:rsid w:val="001E6F00"/>
    <w:rsid w:val="0029639D"/>
    <w:rsid w:val="00326F90"/>
    <w:rsid w:val="003D5FBA"/>
    <w:rsid w:val="0067317C"/>
    <w:rsid w:val="008143F8"/>
    <w:rsid w:val="00830D66"/>
    <w:rsid w:val="009B265E"/>
    <w:rsid w:val="00AA1D8D"/>
    <w:rsid w:val="00AF639C"/>
    <w:rsid w:val="00B47730"/>
    <w:rsid w:val="00BB2520"/>
    <w:rsid w:val="00CB0664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841C2DB-9945-459F-9BCA-2BCF03957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472</Words>
  <Characters>2838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3304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Grzesiek</cp:lastModifiedBy>
  <cp:revision>7</cp:revision>
  <dcterms:created xsi:type="dcterms:W3CDTF">2026-10-08T10:08:00Z</dcterms:created>
  <dcterms:modified xsi:type="dcterms:W3CDTF">2026-10-20T20:19:00Z</dcterms:modified>
  <cp:category/>
</cp:coreProperties>
</file>