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C5B" w:rsidRDefault="00721C5B">
      <w:bookmarkStart w:id="0" w:name="Xc250f1945f818997f519654c56bbd5e415291bf"/>
      <w:bookmarkStart w:id="1" w:name="formularz-ofertowy-1"/>
      <w:bookmarkStart w:id="2" w:name="v-załączniki"/>
    </w:p>
    <w:p w:rsidR="00D86C46" w:rsidRDefault="00320EA4" w:rsidP="00720280">
      <w:pPr>
        <w:jc w:val="right"/>
      </w:pPr>
      <w:r>
        <w:t xml:space="preserve">[miejscowość, data] </w:t>
      </w:r>
    </w:p>
    <w:p w:rsidR="00D86C46" w:rsidRDefault="00320EA4">
      <w:pPr>
        <w:pStyle w:val="Nagwek2"/>
      </w:pPr>
      <w:bookmarkStart w:id="3" w:name="Xa4e91a503cedca76ddb0dde675cd7da4ddc95f6"/>
      <w:bookmarkEnd w:id="1"/>
      <w:bookmarkEnd w:id="2"/>
      <w:r>
        <w:t>Załącznik nr 2 - WYKAZ OSÓB SKIEROWANYCH DO REALIZACJI ZAMÓWIENIA</w:t>
      </w:r>
    </w:p>
    <w:p w:rsidR="0026665F" w:rsidRPr="0026665F" w:rsidRDefault="0026665F" w:rsidP="0026665F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04"/>
        <w:gridCol w:w="1308"/>
        <w:gridCol w:w="1349"/>
        <w:gridCol w:w="1365"/>
        <w:gridCol w:w="1140"/>
        <w:gridCol w:w="3163"/>
      </w:tblGrid>
      <w:tr w:rsidR="00D86C46">
        <w:trPr>
          <w:tblHeader/>
        </w:trPr>
        <w:tc>
          <w:tcPr>
            <w:tcW w:w="0" w:type="auto"/>
          </w:tcPr>
          <w:p w:rsidR="00D86C46" w:rsidRDefault="00320EA4">
            <w:r>
              <w:t>Lp.</w:t>
            </w:r>
          </w:p>
        </w:tc>
        <w:tc>
          <w:tcPr>
            <w:tcW w:w="0" w:type="auto"/>
          </w:tcPr>
          <w:p w:rsidR="00D86C46" w:rsidRDefault="00320EA4">
            <w:r>
              <w:t>Imię i nazwisko</w:t>
            </w:r>
          </w:p>
        </w:tc>
        <w:tc>
          <w:tcPr>
            <w:tcW w:w="0" w:type="auto"/>
          </w:tcPr>
          <w:p w:rsidR="00D86C46" w:rsidRDefault="00320EA4">
            <w:r>
              <w:t>Specjalność</w:t>
            </w:r>
          </w:p>
        </w:tc>
        <w:tc>
          <w:tcPr>
            <w:tcW w:w="0" w:type="auto"/>
          </w:tcPr>
          <w:p w:rsidR="00D86C46" w:rsidRDefault="00320EA4">
            <w:r>
              <w:t>Nr uprawnień</w:t>
            </w:r>
          </w:p>
        </w:tc>
        <w:tc>
          <w:tcPr>
            <w:tcW w:w="0" w:type="auto"/>
          </w:tcPr>
          <w:p w:rsidR="00D86C46" w:rsidRDefault="00320EA4">
            <w:r>
              <w:t>Nr wpisu do izby</w:t>
            </w:r>
          </w:p>
        </w:tc>
        <w:tc>
          <w:tcPr>
            <w:tcW w:w="0" w:type="auto"/>
          </w:tcPr>
          <w:p w:rsidR="00D86C46" w:rsidRDefault="00320EA4">
            <w:r>
              <w:t>Obiekt, na którym pełni funkcję (Orlik Latowicz / Orlik Wielgolas / oba)</w:t>
            </w:r>
          </w:p>
        </w:tc>
      </w:tr>
      <w:tr w:rsidR="00D86C46">
        <w:tc>
          <w:tcPr>
            <w:tcW w:w="0" w:type="auto"/>
          </w:tcPr>
          <w:p w:rsidR="00D86C46" w:rsidRDefault="00320EA4">
            <w:r>
              <w:t>1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  <w:tr w:rsidR="00D86C46">
        <w:tc>
          <w:tcPr>
            <w:tcW w:w="0" w:type="auto"/>
          </w:tcPr>
          <w:p w:rsidR="00D86C46" w:rsidRDefault="00320EA4">
            <w:r>
              <w:t>2</w:t>
            </w:r>
          </w:p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  <w:tc>
          <w:tcPr>
            <w:tcW w:w="0" w:type="auto"/>
          </w:tcPr>
          <w:p w:rsidR="00D86C46" w:rsidRDefault="00D86C46"/>
        </w:tc>
      </w:tr>
    </w:tbl>
    <w:p w:rsidR="00D86C46" w:rsidRDefault="00320EA4">
      <w:pPr>
        <w:pStyle w:val="Tekstpodstawowy"/>
      </w:pPr>
      <w:r>
        <w:t>Koordynatorem czynności inspektorów nadzoru na obu obiektach będzie: [……]</w:t>
      </w:r>
    </w:p>
    <w:p w:rsidR="00AD09DD" w:rsidRDefault="00AD09DD">
      <w:pPr>
        <w:pStyle w:val="Tekstpodstawowy"/>
      </w:pPr>
    </w:p>
    <w:p w:rsidR="00E3640C" w:rsidRPr="00AD09DD" w:rsidRDefault="00AD09DD">
      <w:pPr>
        <w:pStyle w:val="Tekstpodstawowy"/>
        <w:rPr>
          <w:sz w:val="20"/>
          <w:szCs w:val="20"/>
        </w:rPr>
      </w:pPr>
      <w:r w:rsidRPr="00AD09DD">
        <w:t xml:space="preserve">Oświadczam, że wypełniłem obowiązki informacyjne przewidziane w art. 13 lub art. 14 RODO wobec osób fizycznych, od których dane osobowe bezpośrednio lub pośrednio pozyskałem w celu ubiegania się o udzielenie niniejszego zamówienia, w szczególności wobec osób wskazanych do pełnienia funkcji inspektora nadzoru inwestorskiego w poszczególnych specjalnościach.* </w:t>
      </w:r>
      <w:r w:rsidRPr="00AD09DD">
        <w:rPr>
          <w:sz w:val="20"/>
          <w:szCs w:val="20"/>
        </w:rPr>
        <w:t>W przypadku gdy Wykonawca nie przekazuje danych osobowych innych niż bezpośrednio jego dotyczących lub zachodzi wyłączenie stosowania obowiązku informacyjnego stosownie do art. 13 ust. 4 lub art. 14 ust. 5 RODO, Wykonawca nie składa oświadczenia (należy je przekreślić).</w:t>
      </w:r>
    </w:p>
    <w:p w:rsidR="00AD09DD" w:rsidRDefault="00AD09DD">
      <w:pPr>
        <w:pStyle w:val="Tekstpodstawowy"/>
      </w:pPr>
    </w:p>
    <w:p w:rsidR="00AD09DD" w:rsidRDefault="00AD09DD">
      <w:pPr>
        <w:pStyle w:val="Tekstpodstawowy"/>
      </w:pPr>
    </w:p>
    <w:p w:rsidR="00D86C46" w:rsidRDefault="00320EA4">
      <w:pPr>
        <w:pStyle w:val="Tekstpodstawowy"/>
      </w:pPr>
      <w:r>
        <w:t>[miejscowość, data] [podpis wykonawcy]</w:t>
      </w:r>
    </w:p>
    <w:p w:rsidR="00721C5B" w:rsidRDefault="00721C5B">
      <w:pPr>
        <w:rPr>
          <w:rFonts w:asciiTheme="majorHAnsi" w:eastAsiaTheme="majorEastAsia" w:hAnsiTheme="majorHAnsi" w:cstheme="majorBidi"/>
          <w:b/>
          <w:bCs/>
          <w:sz w:val="32"/>
          <w:szCs w:val="28"/>
        </w:rPr>
      </w:pPr>
      <w:bookmarkStart w:id="4" w:name="X85068374f9651f10082bb95f6322d2cc57853c7"/>
      <w:bookmarkStart w:id="5" w:name="_GoBack"/>
      <w:bookmarkEnd w:id="0"/>
      <w:bookmarkEnd w:id="3"/>
      <w:bookmarkEnd w:id="4"/>
      <w:bookmarkEnd w:id="5"/>
    </w:p>
    <w:sectPr w:rsidR="00721C5B" w:rsidSect="00034616">
      <w:footerReference w:type="default" r:id="rId7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76E" w:rsidRDefault="002D276E">
      <w:pPr>
        <w:spacing w:after="0" w:line="240" w:lineRule="auto"/>
      </w:pPr>
      <w:r>
        <w:separator/>
      </w:r>
    </w:p>
  </w:endnote>
  <w:endnote w:type="continuationSeparator" w:id="0">
    <w:p w:rsidR="002D276E" w:rsidRDefault="002D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C46" w:rsidRDefault="00320EA4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 w:rsidR="00723F8C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A99411"/>
    <w:multiLevelType w:val="multilevel"/>
    <w:tmpl w:val="C942851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7" w15:restartNumberingAfterBreak="0">
    <w:nsid w:val="00A99412"/>
    <w:multiLevelType w:val="multilevel"/>
    <w:tmpl w:val="EB221708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46"/>
    <w:rsid w:val="000F72C4"/>
    <w:rsid w:val="0021750A"/>
    <w:rsid w:val="0026665F"/>
    <w:rsid w:val="002D276E"/>
    <w:rsid w:val="00320EA4"/>
    <w:rsid w:val="00692B9C"/>
    <w:rsid w:val="00720280"/>
    <w:rsid w:val="00721C5B"/>
    <w:rsid w:val="00723F8C"/>
    <w:rsid w:val="00787369"/>
    <w:rsid w:val="009D7BD8"/>
    <w:rsid w:val="00A76135"/>
    <w:rsid w:val="00AD09DD"/>
    <w:rsid w:val="00B16F8F"/>
    <w:rsid w:val="00D86C46"/>
    <w:rsid w:val="00E3640C"/>
    <w:rsid w:val="00EA01B4"/>
    <w:rsid w:val="00E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88BE"/>
  <w15:docId w15:val="{EA577855-7934-4D55-A970-F72D509F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92B9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Soćko</dc:creator>
  <cp:keywords/>
  <cp:lastModifiedBy>Grzegorz Soćko</cp:lastModifiedBy>
  <cp:revision>4</cp:revision>
  <dcterms:created xsi:type="dcterms:W3CDTF">2026-08-03T09:41:00Z</dcterms:created>
  <dcterms:modified xsi:type="dcterms:W3CDTF">2026-08-03T09:51:00Z</dcterms:modified>
</cp:coreProperties>
</file>